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שאלות קשות ודוגמאות STAR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מה הופך תשובה בראיון לחזקה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סיפור STAR אחד לפחות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חולשה אמיתית ושתי שאלות טובות למראיין/ת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מצב-משימה-פעולה-תוצאה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דוגמה קונקרטית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לפעמים אני... מאז אני...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במה שלמדתי מהמצב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כדי להראות עניין אמיתי ולהתאים את עצמי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S=Situation=מצב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הפעולה היא דווקא החלק הארוך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החולשה נשמעת כנה ובונה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מומלץ לבחור ולהכין שתי שאלות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דוגמה ממחישה את התכונה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אותיות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(המצב שבו הייתי)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(המשימה שהייתי צריך/ה לבצע)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(הפעולה שעשיתי כדי להתמודד)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(התוצאה ומה שלמדתי ממנה)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בניית סיפור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סיפור - הצלחה, קושי או עבודת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מתארים את המצב וההקשר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מסבירים מה הייתה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מפרטים את הפעולה בהרחבה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מסכמים בתוצאה ובמה שלמדתי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ארבעה חלקים ברורים, הפעולה מפורטת, יש סיום עם 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חולשה כנה עם פתרון, ושתי שאלות רלוונטיות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כולל תוצאה או תובנה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שדוגמה ממחישה 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רלוונטית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מהקראת תשובות מהמשחק כדי לעורר דיון על מה חזק ומה חלש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כתיבה בזוגות כדי לתת משוב הדדי על ארבעת חלקי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עולים ניתן להציג את ארבע השאלות הפשוטות בלי מונח STAR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שאלות קשות ודוגמאות STAR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שיטת STAR לבניית תשובות משכנעות בראיון, ונלמד איך לדבר על חוזקות, חולשות ושאלות טובות למראיין/ת.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 הראש התיבות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מצב-משימה-פעולה-תוצאה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שם-תאריך-מקום-תוצאה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שאלה-תשובה-ניתוח-רעיון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סיפור-תאריך-אדם-רגש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חלק בסיפור STAR כדאי להרחיב הכי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הופך תשובה בראיון לחזקה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תכונה כללית בלי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קונקרטית מהחיים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תשובה ארוכה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תשובה שחוזרת על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בונים משפט חולשה טוב לפי הנוסחה שנלמדה?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לציין את החולשה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לפעמים אני... מאז אני...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להסתיר את החולשה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להאשים מישהו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כדאי לסיים סיפור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בלי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בתיאור המצב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במה שלמדתי מהמצב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בתלונה על הקושי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כדאי לשאול שאלות את המראיין/ת?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למלא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להראות עניין אמיתי ולהתאים את עצמי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לסיים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S ב-STAR מייצגת את המילה מצב.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STAR הפעולה היא החלק הקצר ביותר.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חולשה אמיתית בראיון צריכה לכלול גם מה עושים כדי להתמודד איתה.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עדיף לשאול רק שאלה אחת ולא יותר מהמראיין/ת.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קונקרטית מחיי התלמיד/ה משכנעת יותר מתיאור תכונה כללית.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בשיטת STAR, האות S מייצגת את המילה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האות R ב-STAR מייצגת את המילה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נוסחת החולשה היא: לפעמים אני... __________ אני...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בסיפור STAR כדאי לסיים ב__________, כלומר במה שלמדתי.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אותיות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התוצאה ומה שלמדתי ממנה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T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הפעולה שעשיתי כדי להתמודד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A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המשימה שהייתי צריך/ה לבצע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המצב שבו הייתי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בניית סיפור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מסבירים מה הייתה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סיפור - הצלחה, קושי או עבודת צוות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מסכמים בתוצאה ובמה שלמדתי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מתארים את המצב וההקשר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מפרטים את הפעולה בהרחבה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סיפור STAR קצר משלכם, לפי ארבעת השלבים: מצב, משימה, פעולה, תוצאה.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חולשה אחת לפי הנוסחה, ושתי שאלות שתשאלו את המראיין/ת.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הסיפור שאספר בראיון הוא על... והוא מראה ש...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לומר שאני אחראי/ת לבין לתת דוגמה לכך?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שתשאלו את המראיין/ת.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שאלות קשות ודוגמאות STAR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