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תשובה בראיון לחזקה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סיפור STAR אחד לפחות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חולשה אמיתית ושתי שאלות טובות למראיין/ת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מצב-משימה-פעולה-תוצאה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דוגמה קונקרטית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S=Situation=מצב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החולשה נשמעת כנה ובונה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(המצב שבו הייתי)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(הפעולה שעשיתי כדי להתמודד)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-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 את המצב וההקשר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מה הייתה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ארבעה חלקים ברורים, הפעולה מפורטת, יש סיום עם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תוצאה או תובנה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שדוגמה ממחישה 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מהקראת תשובות מהמשחק כדי לעורר דיון על מה חזק ומה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בזוגות כדי לתת משוב הדדי על ארבעת חלקי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להציג את ארבע השאלות הפשוטות בלי מונח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שיטת STAR לבניית תשובות משכנעות בראיון, ונלמד איך לדבר על חוזקות, חולשות ושאלות טובות למראיין/ת.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מצב  ·  מאז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 הראש התיבות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מצב-משימה-פעולה-תוצאה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שם-תאריך-מקום-תוצאה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שאלה-תשובה-ניתוח-רעיון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חלק בסיפור STAR כדאי להרחיב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הופך תשובה בראיון לחזקה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תכונה כללית בלי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 קונקרטית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תשובה ארוכה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S ב-STAR מייצגת את המילה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חולשה אמיתית בראיון צריכה לכלול גם מה עושים כדי להתמודד איתה.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בשיטת STAR, האות S מייצגת 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נוסחת החולשה היא: לפעמים אני... __________ אני...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אותיות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הפעולה שעשיתי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המצב שבו הייתי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בניית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מתארים את המצב וההקשר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מסבירים מה הייתה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סיפור - הצלחה, קושי או עבודת 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סיפור STAR קצר משלכם, לפי ארבעת השלבים: מצב, משימה, פעולה,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הסיפור שאספר בראיון הוא על... והוא מראה ש...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לומר שאני אחראי/ת לבין לתת דוגמה לכך?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קשות ודוגמאות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